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04DAE" w14:textId="77777777" w:rsidR="00597B69" w:rsidRDefault="00597B69" w:rsidP="00597B69">
      <w:pPr>
        <w:rPr>
          <w:b/>
          <w:bCs/>
        </w:rPr>
      </w:pPr>
    </w:p>
    <w:p w14:paraId="7A0C98EA" w14:textId="77777777" w:rsidR="00597B69" w:rsidRDefault="00597B69" w:rsidP="00597B69">
      <w:pPr>
        <w:rPr>
          <w:b/>
          <w:bCs/>
        </w:rPr>
      </w:pPr>
    </w:p>
    <w:p w14:paraId="252C99F3" w14:textId="77777777" w:rsidR="00597B69" w:rsidRDefault="00597B69" w:rsidP="00597B69">
      <w:pPr>
        <w:rPr>
          <w:b/>
          <w:bCs/>
        </w:rPr>
      </w:pPr>
    </w:p>
    <w:p w14:paraId="0F86CB65" w14:textId="77777777" w:rsidR="00597B69" w:rsidRDefault="00597B69" w:rsidP="00597B69">
      <w:pPr>
        <w:rPr>
          <w:b/>
          <w:bCs/>
        </w:rPr>
      </w:pPr>
    </w:p>
    <w:p w14:paraId="3EA2D010" w14:textId="77777777" w:rsidR="00597B69" w:rsidRDefault="00597B69" w:rsidP="00597B69">
      <w:pPr>
        <w:rPr>
          <w:b/>
          <w:bCs/>
        </w:rPr>
      </w:pPr>
    </w:p>
    <w:p w14:paraId="38B9F36A" w14:textId="0714C697" w:rsidR="00F257A0" w:rsidRDefault="00000000" w:rsidP="00597B69">
      <w:pPr>
        <w:rPr>
          <w:b/>
          <w:bCs/>
        </w:rPr>
      </w:pPr>
      <w:r w:rsidRPr="00597B69">
        <w:rPr>
          <w:b/>
          <w:bCs/>
        </w:rPr>
        <w:t>Employment Verification Letter</w:t>
      </w:r>
    </w:p>
    <w:p w14:paraId="7DA88461" w14:textId="77777777" w:rsidR="00597B69" w:rsidRPr="00597B69" w:rsidRDefault="00597B69" w:rsidP="00597B69">
      <w:pPr>
        <w:rPr>
          <w:b/>
          <w:bCs/>
        </w:rPr>
      </w:pPr>
    </w:p>
    <w:p w14:paraId="50BC0059" w14:textId="77777777" w:rsidR="00F257A0" w:rsidRDefault="00000000">
      <w:r>
        <w:t>To whom it may concern,</w:t>
      </w:r>
    </w:p>
    <w:p w14:paraId="5766442D" w14:textId="77777777" w:rsidR="00F257A0" w:rsidRDefault="00F257A0"/>
    <w:p w14:paraId="09525721" w14:textId="77777777" w:rsidR="00F257A0" w:rsidRPr="00597B69" w:rsidRDefault="00000000">
      <w:pPr>
        <w:rPr>
          <w:b/>
          <w:bCs/>
        </w:rPr>
      </w:pPr>
      <w:r w:rsidRPr="00597B69">
        <w:rPr>
          <w:b/>
          <w:bCs/>
        </w:rPr>
        <w:t>From: Petro Kavian Sanat Pars</w:t>
      </w:r>
    </w:p>
    <w:p w14:paraId="36E54C3B" w14:textId="77777777" w:rsidR="00F257A0" w:rsidRPr="00597B69" w:rsidRDefault="00000000">
      <w:pPr>
        <w:rPr>
          <w:b/>
          <w:bCs/>
        </w:rPr>
      </w:pPr>
      <w:r w:rsidRPr="00597B69">
        <w:rPr>
          <w:b/>
          <w:bCs/>
        </w:rPr>
        <w:t>To: ROYAL THAI EMBASSY, TEHRAN, IRAN</w:t>
      </w:r>
    </w:p>
    <w:p w14:paraId="15AA329A" w14:textId="77777777" w:rsidR="00F257A0" w:rsidRDefault="00F257A0"/>
    <w:p w14:paraId="3EE6A5C2" w14:textId="44EB6C6F" w:rsidR="00F257A0" w:rsidRDefault="00000000" w:rsidP="00597B69">
      <w:r>
        <w:t>Respectfully,</w:t>
      </w:r>
    </w:p>
    <w:p w14:paraId="79890F7B" w14:textId="56F426D7" w:rsidR="00F257A0" w:rsidRDefault="00000000" w:rsidP="00597B69">
      <w:r>
        <w:t xml:space="preserve">This is to certify that Mr. Hamidreza </w:t>
      </w:r>
      <w:proofErr w:type="gramStart"/>
      <w:r>
        <w:t>Zargham</w:t>
      </w:r>
      <w:proofErr w:type="gramEnd"/>
      <w:r>
        <w:t xml:space="preserve"> child of Mohammad Ebrahim, holding national ID number </w:t>
      </w:r>
      <w:r w:rsidRPr="009E03F5">
        <w:rPr>
          <w:b/>
          <w:bCs/>
        </w:rPr>
        <w:t>1260441407</w:t>
      </w:r>
      <w:r>
        <w:t xml:space="preserve">, born on 1973/12/22, with identification number </w:t>
      </w:r>
      <w:r w:rsidRPr="009E03F5">
        <w:rPr>
          <w:b/>
          <w:bCs/>
        </w:rPr>
        <w:t>45137</w:t>
      </w:r>
      <w:r>
        <w:t>, has been employed at this company since 2021/12/22 with a monthly salary of 1,</w:t>
      </w:r>
      <w:r w:rsidR="007B08EE">
        <w:t>5</w:t>
      </w:r>
      <w:r>
        <w:t>00,000,000 Rials.</w:t>
      </w:r>
    </w:p>
    <w:p w14:paraId="6CC03D3E" w14:textId="53F03E80" w:rsidR="00F257A0" w:rsidRDefault="00000000" w:rsidP="00597B69">
      <w:r>
        <w:t>His employment contract is valid until 2027/12/22.</w:t>
      </w:r>
    </w:p>
    <w:p w14:paraId="25FA6544" w14:textId="77777777" w:rsidR="00F257A0" w:rsidRDefault="00000000">
      <w:r>
        <w:t xml:space="preserve">This letter has been issued upon their request to be presented to the Royal Thai </w:t>
      </w:r>
      <w:proofErr w:type="gramStart"/>
      <w:r>
        <w:t>Embassy</w:t>
      </w:r>
      <w:proofErr w:type="gramEnd"/>
      <w:r>
        <w:t xml:space="preserve"> and it shall not hold any other legal validity.</w:t>
      </w:r>
    </w:p>
    <w:p w14:paraId="2762D954" w14:textId="77777777" w:rsidR="00597B69" w:rsidRDefault="00597B69"/>
    <w:p w14:paraId="120BB15B" w14:textId="77777777" w:rsidR="00F257A0" w:rsidRDefault="00F257A0"/>
    <w:p w14:paraId="38CD2AE2" w14:textId="429A8BF1" w:rsidR="00F257A0" w:rsidRPr="00597B69" w:rsidRDefault="00000000" w:rsidP="00597B69">
      <w:pPr>
        <w:rPr>
          <w:b/>
          <w:bCs/>
        </w:rPr>
      </w:pPr>
      <w:r w:rsidRPr="00597B69">
        <w:rPr>
          <w:b/>
          <w:bCs/>
        </w:rPr>
        <w:t>Best Regards</w:t>
      </w:r>
    </w:p>
    <w:p w14:paraId="31F2E1BD" w14:textId="77777777" w:rsidR="00F257A0" w:rsidRPr="00597B69" w:rsidRDefault="00000000">
      <w:pPr>
        <w:rPr>
          <w:b/>
          <w:bCs/>
        </w:rPr>
      </w:pPr>
      <w:r w:rsidRPr="00597B69">
        <w:rPr>
          <w:b/>
          <w:bCs/>
        </w:rPr>
        <w:t>CEO</w:t>
      </w:r>
    </w:p>
    <w:p w14:paraId="4DCAEDFF" w14:textId="77777777" w:rsidR="00F257A0" w:rsidRPr="00597B69" w:rsidRDefault="00000000">
      <w:pPr>
        <w:rPr>
          <w:b/>
          <w:bCs/>
        </w:rPr>
      </w:pPr>
      <w:r w:rsidRPr="00597B69">
        <w:rPr>
          <w:b/>
          <w:bCs/>
        </w:rPr>
        <w:t>Amin Dadvar</w:t>
      </w:r>
    </w:p>
    <w:p w14:paraId="7D191D69" w14:textId="77777777" w:rsidR="00F257A0" w:rsidRDefault="00F257A0"/>
    <w:sectPr w:rsidR="00F257A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0006744">
    <w:abstractNumId w:val="8"/>
  </w:num>
  <w:num w:numId="2" w16cid:durableId="1448085173">
    <w:abstractNumId w:val="6"/>
  </w:num>
  <w:num w:numId="3" w16cid:durableId="1403603853">
    <w:abstractNumId w:val="5"/>
  </w:num>
  <w:num w:numId="4" w16cid:durableId="1722359729">
    <w:abstractNumId w:val="4"/>
  </w:num>
  <w:num w:numId="5" w16cid:durableId="1598903621">
    <w:abstractNumId w:val="7"/>
  </w:num>
  <w:num w:numId="6" w16cid:durableId="1778594305">
    <w:abstractNumId w:val="3"/>
  </w:num>
  <w:num w:numId="7" w16cid:durableId="1063484796">
    <w:abstractNumId w:val="2"/>
  </w:num>
  <w:num w:numId="8" w16cid:durableId="1348946875">
    <w:abstractNumId w:val="1"/>
  </w:num>
  <w:num w:numId="9" w16cid:durableId="1954167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97B69"/>
    <w:rsid w:val="007B08EE"/>
    <w:rsid w:val="008E2A0E"/>
    <w:rsid w:val="009E03F5"/>
    <w:rsid w:val="00AA1D8D"/>
    <w:rsid w:val="00B47730"/>
    <w:rsid w:val="00CB0664"/>
    <w:rsid w:val="00F257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EE38C9"/>
  <w14:defaultImageDpi w14:val="300"/>
  <w15:docId w15:val="{7BA3D63D-C8D6-4724-8052-FA6D2612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 Daneshgar</cp:lastModifiedBy>
  <cp:revision>4</cp:revision>
  <dcterms:created xsi:type="dcterms:W3CDTF">2013-12-23T23:15:00Z</dcterms:created>
  <dcterms:modified xsi:type="dcterms:W3CDTF">2026-06-27T08:24:00Z</dcterms:modified>
  <cp:category/>
</cp:coreProperties>
</file>